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חשוון – תחנות החודש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האירועים והסמלים של חודש 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תחנות המסע לתכנים שלהן (תפילת גשם, פרשות השבוע, רחל אמנו, חג הסיגד)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והבעה בעברית סביב נושאי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אין בו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ז׳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חג הסיגד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פרשת לך לך, נח מספר על התיבה והמבול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בתחנת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הנושא של התחנה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ההתקדמות נשמרת במכשיר שבו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תחנת הסיום של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מצוין בלוח המסע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תחנה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(מר חשוון – חוגגים בעצמנו)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(בקשת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(נח ולך לך – תיבה וקשת)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(רחל אמנו – דאגה לאחר)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(חג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(מסע המשפחה שלי)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 חשוון – חוגגים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ותן טל ומטר – בקשת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 ולך לך – תיבה, קשת ומסע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רחל אמנו – לדאוג לאחר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חג הסיגד – כמיהה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המסע של המשפחה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ציפייה לתיאור מסע, סיבה למסע, הרגשה במהלכו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מנומקת, מתייחסת לתוכן התחנה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נח – תיבה ומבול, לך לך – מסע אברהם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תחנה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הפעלה קבוצתית לפי תחנות המסע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או סמלים מכל תחנה לחיזוק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קושי השאלות לפי שכבת הגיל (א׳-ב׳ מול ה׳-ו׳)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חשוון – תחנות החודש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בחודש חשוון יש מסע עם שש תחנות. בכל תחנה לומדים דבר חדש. בסוף מקבלים תג.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 חשוון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לחודש חשוון, כי אין בו חגים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ותן טל ומטר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בתפילה לגשם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פרשת נח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על נח, התיבה והמבול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פרשת לך לך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על אברהם שיוצא למסע לארץ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רחל אמנו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האמהות, ידועה בדאגה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אתיופיה, געגוע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שמקבלים כשמסיימים משימות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במסע עם משימות ונושא משלו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משימות בתחנה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משימות צריך לסיים לתג?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קוראים לחשוון 'מר'?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בו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החודש האחרון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יש בו הרבה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מתחילים לבקש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ט״ו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חוגגים בכ״ט בחשוון?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פרשת נח מספרת על יציאת אברהם למסע לארץ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קשור לכמיהה של יהודי אתיופיה לירושלים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מוכרת בסיפור על דאגה לאחרים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ההתקדמות במסע נשמרת רק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בתחנה האחרונה יש פרויקט על מסע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תחנה אפשר גם לשחק משחקים ולהרוויח כוכבים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החודש חשוון נקרא גם מר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בתפילה מבקשים __________ וגשם לארץ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בפרשת __________ נכנסים בעלי החיים אל התיבה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הסיגד מבטא געגוע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רחל אמנו מלמדת אותנו לדאוג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תחנה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מסע המשפחה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 חשוון – חוגגים בעצמנו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תחנה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נח ולך לך – תיבה וקשת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רחל אמנו – דאגה לאחר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תחנה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בקשת 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ותן טל ומטר – בקשת הגשם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המסע של המשפחה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– לדאוג לאחר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ולך לך – תיבה, קשת ומסע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 חשוון – חוגגים בעצמנו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– כמיהה לירושלים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מסע משפחתי שלכם (טיול, הגירה, מעבר דירה) בכמה משפטים, בהשראת תחנת 'המסע של המשפחה שלי'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אחת מהתחנות וכתבו למה היא מעניינת אתכם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תחנות יש במסע חשוון?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פרשת נח לפרשת לך לך?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תחנה לומדים על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חשוון – תחנות החודש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