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חשוון – תחנות החודש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והסמלים של חודש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תחנות המסע לתכנים שלהן (תפילת גשם, פרשות השבוע, רחל אמנו, חג הסיגד)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והבעה בעברית סביב נושאי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אין בו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חג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פרשת לך לך, נח מספר על התיבה והמבול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בתחנת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התחנה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ההתקדמות נשמרת במכשיר שבו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תחנת הסיום של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בלוח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תחנה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(מר חשוון – חוגגים בעצמנו)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(בקשת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(נח ולך לך – תיבה וקשת)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(רחל אמנו – דאגה לאחר)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(מסע המשפחה שלי)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 חשוון – חוגגים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ותן טל ומטר – בקשת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 ולך לך – תיבה, קשת ומסע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 אמנו – לדאוג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 הסיגד – כמיהה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המסע של המשפחה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ציפייה לתיאור מסע, סיבה למסע, הרגשה במהלכו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מנומקת, מתייחסת לתוכן התחנה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נח – תיבה ומבול, לך לך – מסע אברהם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תחנה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הפעלה קבוצתית לפי תחנות המסע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או סמלים מכל תחנה לחיזוק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קושי השאלות לפי שכבת הגיל (א׳-ב׳ מול ה׳-ו׳)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חשוון – תחנות החודש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במסע המורשת של חודש חשוון יש שש תחנות, מ'מר חשוון' ועד פרויקט המסע המשפחתי. בכל תחנה לומדים סיפור או מנהג, ובסוף מקבלים תגים וכוכבים.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במסע 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יש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משימות צריך לסיים כדי לקבל תג?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נקרא החודש 'מר חשוון'?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בו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החודש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בו הרבה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יום מתחילים לומר 'ותן טל ומטר'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חג חוגגים בכ״ט בחשוון?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נח מספרת על יציאת אברהם למסע לארץ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קשור לכמיהה של יהודי אתיופיה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מוכרת בסיפור על דאגה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ההתקדמות במסע נשמרת רק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האחרונה יש פרויקט על מסע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אפשר גם לשחק משחקים ולהרוויח כוכבים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החודש חשוון נקרא גם מר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בתפילה מבקשים __________ וגשם לארץ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בפרשת __________ נכנסים בעלי החיים אל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הסיגד מבטא געגוע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רחל אמנו מלמדת אותנו לדאוג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תחנה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מסע המשפחה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רחל אמנו – דאגה לאחר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נח ולך לך – תיבה וקשת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בקשת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תחנה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מר חשוון – חוגגים בעצמנו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ותן טל ומטר – בקשת הגשם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חשוון – חוגגים בעצמנו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– כמיהה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המסע של המשפחה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ולך לך – תיבה, קשת ומסע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– לדאוג לאחר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מסע משפחתי שלכם (טיול, הגירה, מעבר דירה) בכמה משפטים, בהשראת תחנת 'המסע של המשפחה שלי'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מהתחנות וכתבו למה היא מעניינת אתכם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במסע חשוון?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פרשת נח לפרשת לך 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תחנה לומדים על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חשוון – תחנות החודש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